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שישה חלקי דיבר: שם עצם, שם תואר, פועל, מילת יחס, מילת קישור וכינוי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שם עצם לשם תואר ובין מילת יחס למילת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דיבר 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 הדיבר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מציין אדם, חיה, דבר או מקום, לא פעולה.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כינוי גוף בא במקום שם שכבר הוזכר.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מילת יחס מחברת בדרך כלל לשם עצם שאחריה.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חלק הדיבר למילה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שבו מסומנים לפחות שלושה חלקי דיבר שונים בצורה נכונה.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רשימת חלקי דיבר: שם עצם, שם תואר, פועל, מילת יחס, מילת קישור, כינוי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תקינות כמו על/עם ליחס, ו/כי לקישור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לפי תפקיד המילה: שם עצם מציין דבר,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לדימוי הרכבת ולבקש מהתלמידים לצייר קרון לכל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המשפטים בקול לפני שהתלמידים 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והפתיחה כדי לעודד שיח על חלקי הדיבר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ברכבת המילים יש שישה קרונות - קרון לכל חלק דיבר. בדף זה נעזור לפקח התחנה להושיב כל מילה בקרון המתאים לה, ונתרגל זיהוי של שם עצם, שם תואר, פועל, מילת יחס, מילת קישור וכינוי גוף.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עפה  ·  היא  ·  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 הדיבר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במשפט "הילד הקטן רץ לבית הספר" - המילה "קטן"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"דני אבדיה שיחק כדורסל אתמול" - המילה "שיחק"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עצם הוא תמיד מילה שמתארת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כינוי הגוף "הם" מחליף שם של אנשים או דברים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היחס "על" יכולה להופיע לפני שם עצם, כמו "על השולחן".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השלימו מילת יחס מתאימה: הילדה הלכה __________ 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השלימו כינוי גוף מתאים: __________ קוראת ספר מעניין.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השלימו פועל מתאים: הציפור __________ בשמיים.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חלק הדיבר למילה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שכולל לפחות שלושה חלקי דיבר שונים (לדוגמה שם עצם, פועל ושם תואר), וסמנו ליד כל מילה את חלק הדיבר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שלושה מתוך ששת חלקי הדיבר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יחס ולמילת קישור.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