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חלקי דיבר: שם עצם, שם תואר, פועל, מילת יחס, מילת קישור וכינוי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עצם לשם תואר ובין מילת יחס למילת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 הדיבר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כינוי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מציין אדם, חיה, דבר או מקום, לא פעולה.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כינוי גוף בא במקום שם שכבר הוזכר.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הקישור אבל מציינת ניגוד בין רעיונות, לא דמיון.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מילת יחס מחברת בדרך כלל לשם עצם שאחריה.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שם תואר יכול לבוא לפני שם העצם או אחריו, בהתאם למשפט.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פועל מתאר פעולה או מצב.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הדיבר למילה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 מציין אדם, חיה, דבר או מקום (למשל: ילד). שם תואר מתאר איך שם העצם נראה או מרגיש (למשל: גדול).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מסומנים לפחות שלושה חלקי דיבר שונים בצורה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רשימת חלקי דיבר: שם עצם, שם תואר, פועל, מילת יחס, מילת קישור, 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כמו על/עם ליחס, ו/כי לקישור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לפי תפקיד המילה: שם עצם מציין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לדימוי הרכבת ולבקש מהתלמידים לצייר קרון לכל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המשפטים בקול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והפתיחה כדי לעודד שיח על חלקי הדיבר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במשפט יש סוגים שונים של מילים. בדף נלמד להכיר שישה סוגים: שם עצם, שם תואר, פועל, מילת יחס, מילת קישור וכינוי גוף.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או 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שמראה יחס, כמו על, עם, ל, 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חלקים במשפט, כמו ו, אבל,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 או דבר, כמו הוא, אני, 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 הדיבר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חלק דיבר היא המילה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דיבר היא המילה שיחק?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חלק דיבר היא המילה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חלק דיבר היא המילה 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חלק דיבר היא המילה 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חלק דיבר היא המילה אנחנו?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תמיד מילה שמתארת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הגוף "הם" מחליף שם של אנשים או דברים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"אבל" מחברת בין שתי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"על" יכולה להופיע לפני שם עצם, כמו "על השולחן".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אחרי הפועל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"רץ" מתאר פעולה שמישהו עושה.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 מילת יחס מתאימה: הילדה הלכה __________ 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כינוי גוף מתאים: __________ קוראת ספר מעניין.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פועל מתאים: הציפור __________ בשמיים.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השלימו שם תואר מתאים: הבית __________ עומד ברחוב הראשי.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השלימו מילת קישור מתאימה: אני אוהב תפוחים __________ בננות.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השלימו שם עצם מתאים: ה__________ עומד ליד החלון.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חלק הדיבר למילה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שם עצם לשם תואר, והביאו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שכולל לפחות שלושה חלקי דיבר שונים (לדוגמה שם עצם, פועל ושם תואר), וסמנו ליד כל מילה את חלק הדיבר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מתוך ששת חלקי הדיבר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להבדיל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